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B8CCE4" w:themeColor="accent1" w:themeTint="66"/>
  <w:body>
    <w:p w14:paraId="1BC182D3" w14:textId="6EC7240F" w:rsidR="006452CB" w:rsidRDefault="00000000">
      <w:pPr>
        <w:pStyle w:val="Heading1"/>
      </w:pPr>
      <w:r>
        <w:t>Hengster Partners – Seafarers Application Form</w:t>
      </w:r>
    </w:p>
    <w:p w14:paraId="69C49664" w14:textId="55D969DC" w:rsidR="006452CB" w:rsidRDefault="00000000">
      <w:r>
        <w:t>Please complete this form accurately</w:t>
      </w:r>
      <w:r w:rsidR="00DB52AE">
        <w:t xml:space="preserve"> and </w:t>
      </w:r>
      <w:r>
        <w:t>kindly email the signed form along with required documents to: careers@hengsterpartnersltd.com</w:t>
      </w:r>
      <w:r w:rsidR="007F0365">
        <w:t>.</w:t>
      </w:r>
    </w:p>
    <w:p w14:paraId="35CA6DF2" w14:textId="77777777" w:rsidR="006452CB" w:rsidRDefault="00000000">
      <w:pPr>
        <w:pStyle w:val="Heading2"/>
      </w:pPr>
      <w:r>
        <w:t>Personal Information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6"/>
        <w:gridCol w:w="4314"/>
      </w:tblGrid>
      <w:tr w:rsidR="006452CB" w14:paraId="46DF3E31" w14:textId="77777777">
        <w:tc>
          <w:tcPr>
            <w:tcW w:w="4320" w:type="dxa"/>
          </w:tcPr>
          <w:p w14:paraId="31E89ACE" w14:textId="77777777" w:rsidR="006452CB" w:rsidRDefault="00000000">
            <w:r>
              <w:t>Full Name</w:t>
            </w:r>
          </w:p>
        </w:tc>
        <w:tc>
          <w:tcPr>
            <w:tcW w:w="4320" w:type="dxa"/>
          </w:tcPr>
          <w:p w14:paraId="4387AC06" w14:textId="77777777" w:rsidR="006452CB" w:rsidRDefault="00000000">
            <w:r>
              <w:t xml:space="preserve"> </w:t>
            </w:r>
          </w:p>
        </w:tc>
      </w:tr>
      <w:tr w:rsidR="006452CB" w14:paraId="333165BB" w14:textId="77777777">
        <w:tc>
          <w:tcPr>
            <w:tcW w:w="4320" w:type="dxa"/>
          </w:tcPr>
          <w:p w14:paraId="7D61B9BC" w14:textId="77777777" w:rsidR="006452CB" w:rsidRDefault="00000000">
            <w:r>
              <w:t>Date of Birth (DD/MM/YYYY)</w:t>
            </w:r>
          </w:p>
        </w:tc>
        <w:tc>
          <w:tcPr>
            <w:tcW w:w="4320" w:type="dxa"/>
          </w:tcPr>
          <w:p w14:paraId="291F5CA1" w14:textId="77777777" w:rsidR="006452CB" w:rsidRDefault="00000000">
            <w:r>
              <w:t xml:space="preserve"> </w:t>
            </w:r>
          </w:p>
        </w:tc>
      </w:tr>
      <w:tr w:rsidR="006452CB" w14:paraId="1AEF599F" w14:textId="77777777">
        <w:tc>
          <w:tcPr>
            <w:tcW w:w="4320" w:type="dxa"/>
          </w:tcPr>
          <w:p w14:paraId="0918773A" w14:textId="77777777" w:rsidR="006452CB" w:rsidRDefault="00000000">
            <w:r>
              <w:t>Nationality</w:t>
            </w:r>
          </w:p>
        </w:tc>
        <w:tc>
          <w:tcPr>
            <w:tcW w:w="4320" w:type="dxa"/>
          </w:tcPr>
          <w:p w14:paraId="0AA299B5" w14:textId="77777777" w:rsidR="006452CB" w:rsidRDefault="00000000">
            <w:r>
              <w:t xml:space="preserve"> </w:t>
            </w:r>
          </w:p>
        </w:tc>
      </w:tr>
      <w:tr w:rsidR="006452CB" w14:paraId="0FC8455E" w14:textId="77777777">
        <w:tc>
          <w:tcPr>
            <w:tcW w:w="4320" w:type="dxa"/>
          </w:tcPr>
          <w:p w14:paraId="6B4DEA52" w14:textId="77777777" w:rsidR="006452CB" w:rsidRDefault="00000000">
            <w:r>
              <w:t>Phone Number</w:t>
            </w:r>
          </w:p>
        </w:tc>
        <w:tc>
          <w:tcPr>
            <w:tcW w:w="4320" w:type="dxa"/>
          </w:tcPr>
          <w:p w14:paraId="27234985" w14:textId="77777777" w:rsidR="006452CB" w:rsidRDefault="00000000">
            <w:r>
              <w:t xml:space="preserve"> </w:t>
            </w:r>
          </w:p>
        </w:tc>
      </w:tr>
      <w:tr w:rsidR="006452CB" w14:paraId="4255684B" w14:textId="77777777">
        <w:tc>
          <w:tcPr>
            <w:tcW w:w="4320" w:type="dxa"/>
          </w:tcPr>
          <w:p w14:paraId="1119D6A8" w14:textId="77777777" w:rsidR="006452CB" w:rsidRDefault="00000000">
            <w:r>
              <w:t>Email Address</w:t>
            </w:r>
          </w:p>
        </w:tc>
        <w:tc>
          <w:tcPr>
            <w:tcW w:w="4320" w:type="dxa"/>
          </w:tcPr>
          <w:p w14:paraId="274CA4A7" w14:textId="77777777" w:rsidR="006452CB" w:rsidRDefault="00000000">
            <w:r>
              <w:t xml:space="preserve"> </w:t>
            </w:r>
          </w:p>
        </w:tc>
      </w:tr>
      <w:tr w:rsidR="006452CB" w14:paraId="6A6D0116" w14:textId="77777777">
        <w:tc>
          <w:tcPr>
            <w:tcW w:w="4320" w:type="dxa"/>
          </w:tcPr>
          <w:p w14:paraId="618EE5FA" w14:textId="77777777" w:rsidR="006452CB" w:rsidRDefault="00000000">
            <w:r>
              <w:t>Home Address</w:t>
            </w:r>
          </w:p>
        </w:tc>
        <w:tc>
          <w:tcPr>
            <w:tcW w:w="4320" w:type="dxa"/>
          </w:tcPr>
          <w:p w14:paraId="421994C4" w14:textId="77777777" w:rsidR="006452CB" w:rsidRDefault="00000000">
            <w:r>
              <w:t xml:space="preserve"> </w:t>
            </w:r>
          </w:p>
        </w:tc>
      </w:tr>
    </w:tbl>
    <w:p w14:paraId="72CF99AE" w14:textId="77777777" w:rsidR="006452CB" w:rsidRDefault="006452CB"/>
    <w:p w14:paraId="2147AF9C" w14:textId="77777777" w:rsidR="006452CB" w:rsidRDefault="00000000">
      <w:pPr>
        <w:pStyle w:val="Heading2"/>
      </w:pPr>
      <w:r>
        <w:t>Position Applied For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6"/>
        <w:gridCol w:w="4314"/>
      </w:tblGrid>
      <w:tr w:rsidR="006452CB" w14:paraId="6A68D306" w14:textId="77777777">
        <w:tc>
          <w:tcPr>
            <w:tcW w:w="4320" w:type="dxa"/>
          </w:tcPr>
          <w:p w14:paraId="5628AFD7" w14:textId="77777777" w:rsidR="006452CB" w:rsidRDefault="00000000">
            <w:r>
              <w:t>Rank/Position Applied For</w:t>
            </w:r>
          </w:p>
        </w:tc>
        <w:tc>
          <w:tcPr>
            <w:tcW w:w="4320" w:type="dxa"/>
          </w:tcPr>
          <w:p w14:paraId="71EE9F79" w14:textId="77777777" w:rsidR="006452CB" w:rsidRDefault="00000000">
            <w:r>
              <w:t xml:space="preserve"> </w:t>
            </w:r>
          </w:p>
        </w:tc>
      </w:tr>
      <w:tr w:rsidR="006452CB" w14:paraId="7A2F5638" w14:textId="77777777">
        <w:tc>
          <w:tcPr>
            <w:tcW w:w="4320" w:type="dxa"/>
          </w:tcPr>
          <w:p w14:paraId="527486F0" w14:textId="77777777" w:rsidR="006452CB" w:rsidRDefault="00000000">
            <w:r>
              <w:t>Availability Date</w:t>
            </w:r>
          </w:p>
        </w:tc>
        <w:tc>
          <w:tcPr>
            <w:tcW w:w="4320" w:type="dxa"/>
          </w:tcPr>
          <w:p w14:paraId="5B698565" w14:textId="77777777" w:rsidR="006452CB" w:rsidRDefault="00000000">
            <w:r>
              <w:t xml:space="preserve"> </w:t>
            </w:r>
          </w:p>
        </w:tc>
      </w:tr>
    </w:tbl>
    <w:p w14:paraId="050B9D15" w14:textId="77777777" w:rsidR="006452CB" w:rsidRDefault="006452CB"/>
    <w:p w14:paraId="2995D020" w14:textId="77777777" w:rsidR="006452CB" w:rsidRDefault="00000000">
      <w:pPr>
        <w:pStyle w:val="Heading2"/>
      </w:pPr>
      <w:r>
        <w:t>Sea Service Experience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6"/>
        <w:gridCol w:w="4314"/>
      </w:tblGrid>
      <w:tr w:rsidR="006452CB" w14:paraId="47758D8A" w14:textId="77777777">
        <w:tc>
          <w:tcPr>
            <w:tcW w:w="4320" w:type="dxa"/>
          </w:tcPr>
          <w:p w14:paraId="735E1684" w14:textId="77777777" w:rsidR="006452CB" w:rsidRDefault="00000000">
            <w:r>
              <w:t>Total Sea Experience (Years)</w:t>
            </w:r>
          </w:p>
        </w:tc>
        <w:tc>
          <w:tcPr>
            <w:tcW w:w="4320" w:type="dxa"/>
          </w:tcPr>
          <w:p w14:paraId="7B92BD50" w14:textId="77777777" w:rsidR="006452CB" w:rsidRDefault="00000000">
            <w:r>
              <w:t xml:space="preserve"> </w:t>
            </w:r>
          </w:p>
        </w:tc>
      </w:tr>
      <w:tr w:rsidR="006452CB" w14:paraId="0D51A1E9" w14:textId="77777777">
        <w:tc>
          <w:tcPr>
            <w:tcW w:w="4320" w:type="dxa"/>
          </w:tcPr>
          <w:p w14:paraId="03C3BB22" w14:textId="77777777" w:rsidR="006452CB" w:rsidRDefault="00000000">
            <w:r>
              <w:t>Last Vessel Type</w:t>
            </w:r>
          </w:p>
        </w:tc>
        <w:tc>
          <w:tcPr>
            <w:tcW w:w="4320" w:type="dxa"/>
          </w:tcPr>
          <w:p w14:paraId="06EEAC38" w14:textId="77777777" w:rsidR="006452CB" w:rsidRDefault="00000000">
            <w:r>
              <w:t xml:space="preserve"> </w:t>
            </w:r>
          </w:p>
        </w:tc>
      </w:tr>
      <w:tr w:rsidR="006452CB" w14:paraId="6E6214D2" w14:textId="77777777">
        <w:tc>
          <w:tcPr>
            <w:tcW w:w="4320" w:type="dxa"/>
          </w:tcPr>
          <w:p w14:paraId="0FBD18A7" w14:textId="77777777" w:rsidR="006452CB" w:rsidRDefault="00000000">
            <w:r>
              <w:t>Last Rank Held</w:t>
            </w:r>
          </w:p>
        </w:tc>
        <w:tc>
          <w:tcPr>
            <w:tcW w:w="4320" w:type="dxa"/>
          </w:tcPr>
          <w:p w14:paraId="64676A33" w14:textId="77777777" w:rsidR="006452CB" w:rsidRDefault="00000000">
            <w:r>
              <w:t xml:space="preserve"> </w:t>
            </w:r>
          </w:p>
        </w:tc>
      </w:tr>
      <w:tr w:rsidR="006452CB" w14:paraId="483F14A9" w14:textId="77777777">
        <w:tc>
          <w:tcPr>
            <w:tcW w:w="4320" w:type="dxa"/>
          </w:tcPr>
          <w:p w14:paraId="43C5A484" w14:textId="77777777" w:rsidR="006452CB" w:rsidRDefault="00000000">
            <w:r>
              <w:t>Last Shipping Company</w:t>
            </w:r>
          </w:p>
        </w:tc>
        <w:tc>
          <w:tcPr>
            <w:tcW w:w="4320" w:type="dxa"/>
          </w:tcPr>
          <w:p w14:paraId="104528E8" w14:textId="77777777" w:rsidR="006452CB" w:rsidRDefault="00000000">
            <w:r>
              <w:t xml:space="preserve"> </w:t>
            </w:r>
          </w:p>
        </w:tc>
      </w:tr>
      <w:tr w:rsidR="006452CB" w14:paraId="744932F5" w14:textId="77777777">
        <w:tc>
          <w:tcPr>
            <w:tcW w:w="4320" w:type="dxa"/>
          </w:tcPr>
          <w:p w14:paraId="37088311" w14:textId="77777777" w:rsidR="006452CB" w:rsidRDefault="00000000">
            <w:r>
              <w:t>Last Contract Duration</w:t>
            </w:r>
          </w:p>
        </w:tc>
        <w:tc>
          <w:tcPr>
            <w:tcW w:w="4320" w:type="dxa"/>
          </w:tcPr>
          <w:p w14:paraId="5C98FDB0" w14:textId="77777777" w:rsidR="006452CB" w:rsidRDefault="00000000">
            <w:r>
              <w:t xml:space="preserve"> </w:t>
            </w:r>
          </w:p>
        </w:tc>
      </w:tr>
    </w:tbl>
    <w:p w14:paraId="3734E208" w14:textId="77777777" w:rsidR="006452CB" w:rsidRDefault="006452CB"/>
    <w:p w14:paraId="02D01EA8" w14:textId="77777777" w:rsidR="006452CB" w:rsidRDefault="00000000">
      <w:pPr>
        <w:pStyle w:val="Heading2"/>
      </w:pPr>
      <w:r>
        <w:t>Certificates &amp; Documents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6"/>
        <w:gridCol w:w="4314"/>
      </w:tblGrid>
      <w:tr w:rsidR="006452CB" w14:paraId="01BE766E" w14:textId="77777777" w:rsidTr="007043B3">
        <w:tc>
          <w:tcPr>
            <w:tcW w:w="4316" w:type="dxa"/>
          </w:tcPr>
          <w:p w14:paraId="0534CD08" w14:textId="77777777" w:rsidR="006452CB" w:rsidRDefault="00000000">
            <w:r>
              <w:t>STCW Certification (Yes/No)</w:t>
            </w:r>
          </w:p>
        </w:tc>
        <w:tc>
          <w:tcPr>
            <w:tcW w:w="4314" w:type="dxa"/>
          </w:tcPr>
          <w:p w14:paraId="55AA4FA6" w14:textId="77777777" w:rsidR="006452CB" w:rsidRDefault="00000000">
            <w:r>
              <w:t xml:space="preserve"> </w:t>
            </w:r>
          </w:p>
        </w:tc>
      </w:tr>
      <w:tr w:rsidR="006452CB" w14:paraId="74DC43BA" w14:textId="77777777" w:rsidTr="007043B3">
        <w:tc>
          <w:tcPr>
            <w:tcW w:w="4316" w:type="dxa"/>
          </w:tcPr>
          <w:p w14:paraId="02D20A12" w14:textId="77777777" w:rsidR="006452CB" w:rsidRDefault="00000000">
            <w:r>
              <w:t>Certificate of Competency (COC)</w:t>
            </w:r>
          </w:p>
        </w:tc>
        <w:tc>
          <w:tcPr>
            <w:tcW w:w="4314" w:type="dxa"/>
          </w:tcPr>
          <w:p w14:paraId="4ED8F92E" w14:textId="77777777" w:rsidR="006452CB" w:rsidRDefault="00000000">
            <w:r>
              <w:t xml:space="preserve"> </w:t>
            </w:r>
          </w:p>
        </w:tc>
      </w:tr>
      <w:tr w:rsidR="006452CB" w14:paraId="0B79184A" w14:textId="77777777" w:rsidTr="007043B3">
        <w:tc>
          <w:tcPr>
            <w:tcW w:w="4316" w:type="dxa"/>
          </w:tcPr>
          <w:p w14:paraId="411F2FF4" w14:textId="77777777" w:rsidR="006452CB" w:rsidRDefault="00000000">
            <w:r>
              <w:t>Endorsements Held</w:t>
            </w:r>
          </w:p>
        </w:tc>
        <w:tc>
          <w:tcPr>
            <w:tcW w:w="4314" w:type="dxa"/>
          </w:tcPr>
          <w:p w14:paraId="647F875E" w14:textId="77777777" w:rsidR="006452CB" w:rsidRDefault="00000000">
            <w:r>
              <w:t xml:space="preserve"> </w:t>
            </w:r>
          </w:p>
        </w:tc>
      </w:tr>
      <w:tr w:rsidR="006452CB" w14:paraId="57B549D2" w14:textId="77777777" w:rsidTr="007043B3">
        <w:tc>
          <w:tcPr>
            <w:tcW w:w="4316" w:type="dxa"/>
          </w:tcPr>
          <w:p w14:paraId="3FA57B04" w14:textId="77777777" w:rsidR="006452CB" w:rsidRDefault="00000000">
            <w:r>
              <w:t>Medical Certificate (Valid/Expired)</w:t>
            </w:r>
          </w:p>
        </w:tc>
        <w:tc>
          <w:tcPr>
            <w:tcW w:w="4314" w:type="dxa"/>
          </w:tcPr>
          <w:p w14:paraId="4A6D21C4" w14:textId="77777777" w:rsidR="006452CB" w:rsidRDefault="00000000">
            <w:r>
              <w:t xml:space="preserve"> </w:t>
            </w:r>
          </w:p>
        </w:tc>
      </w:tr>
      <w:tr w:rsidR="006452CB" w14:paraId="14B39759" w14:textId="77777777" w:rsidTr="007043B3">
        <w:tc>
          <w:tcPr>
            <w:tcW w:w="4316" w:type="dxa"/>
          </w:tcPr>
          <w:p w14:paraId="60DDF386" w14:textId="77777777" w:rsidR="006452CB" w:rsidRDefault="00000000">
            <w:r>
              <w:t>Passport Number</w:t>
            </w:r>
          </w:p>
        </w:tc>
        <w:tc>
          <w:tcPr>
            <w:tcW w:w="4314" w:type="dxa"/>
          </w:tcPr>
          <w:p w14:paraId="3DD44DA5" w14:textId="77777777" w:rsidR="006452CB" w:rsidRDefault="00000000">
            <w:r>
              <w:t xml:space="preserve"> </w:t>
            </w:r>
          </w:p>
        </w:tc>
      </w:tr>
      <w:tr w:rsidR="006452CB" w14:paraId="3D8B6819" w14:textId="77777777" w:rsidTr="007043B3">
        <w:tc>
          <w:tcPr>
            <w:tcW w:w="4316" w:type="dxa"/>
          </w:tcPr>
          <w:p w14:paraId="48C1F418" w14:textId="77777777" w:rsidR="006452CB" w:rsidRDefault="00000000">
            <w:r>
              <w:t>Seaman’s Book Number</w:t>
            </w:r>
          </w:p>
        </w:tc>
        <w:tc>
          <w:tcPr>
            <w:tcW w:w="4314" w:type="dxa"/>
          </w:tcPr>
          <w:p w14:paraId="53BE107D" w14:textId="77777777" w:rsidR="006452CB" w:rsidRDefault="00000000">
            <w:r>
              <w:t xml:space="preserve"> </w:t>
            </w:r>
          </w:p>
        </w:tc>
      </w:tr>
      <w:tr w:rsidR="007043B3" w14:paraId="3D40C232" w14:textId="77777777" w:rsidTr="007043B3">
        <w:trPr>
          <w:trHeight w:val="604"/>
        </w:trPr>
        <w:tc>
          <w:tcPr>
            <w:tcW w:w="4316" w:type="dxa"/>
          </w:tcPr>
          <w:p w14:paraId="0B2E0B40" w14:textId="2E6AC6AB" w:rsidR="007043B3" w:rsidRDefault="007043B3">
            <w:r>
              <w:t>Two Referees &amp; contact details</w:t>
            </w:r>
          </w:p>
        </w:tc>
        <w:tc>
          <w:tcPr>
            <w:tcW w:w="4314" w:type="dxa"/>
          </w:tcPr>
          <w:p w14:paraId="00725558" w14:textId="77777777" w:rsidR="007043B3" w:rsidRDefault="007043B3"/>
        </w:tc>
      </w:tr>
    </w:tbl>
    <w:p w14:paraId="28255502" w14:textId="77777777" w:rsidR="006452CB" w:rsidRDefault="006452CB"/>
    <w:p w14:paraId="3B3B03F8" w14:textId="77777777" w:rsidR="006452CB" w:rsidRDefault="00000000">
      <w:pPr>
        <w:pStyle w:val="Heading2"/>
      </w:pPr>
      <w:r>
        <w:t>Emergency Contact Information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6"/>
        <w:gridCol w:w="4314"/>
      </w:tblGrid>
      <w:tr w:rsidR="006452CB" w14:paraId="06719FB4" w14:textId="77777777">
        <w:tc>
          <w:tcPr>
            <w:tcW w:w="4320" w:type="dxa"/>
          </w:tcPr>
          <w:p w14:paraId="62141D8E" w14:textId="77777777" w:rsidR="006452CB" w:rsidRDefault="00000000">
            <w:r>
              <w:t>Contact Name</w:t>
            </w:r>
          </w:p>
        </w:tc>
        <w:tc>
          <w:tcPr>
            <w:tcW w:w="4320" w:type="dxa"/>
          </w:tcPr>
          <w:p w14:paraId="38BEAFF8" w14:textId="77777777" w:rsidR="006452CB" w:rsidRDefault="00000000">
            <w:r>
              <w:t xml:space="preserve"> </w:t>
            </w:r>
          </w:p>
        </w:tc>
      </w:tr>
      <w:tr w:rsidR="006452CB" w14:paraId="512D8DFE" w14:textId="77777777">
        <w:tc>
          <w:tcPr>
            <w:tcW w:w="4320" w:type="dxa"/>
          </w:tcPr>
          <w:p w14:paraId="5008715D" w14:textId="77777777" w:rsidR="006452CB" w:rsidRDefault="00000000">
            <w:r>
              <w:t>Relationship</w:t>
            </w:r>
          </w:p>
        </w:tc>
        <w:tc>
          <w:tcPr>
            <w:tcW w:w="4320" w:type="dxa"/>
          </w:tcPr>
          <w:p w14:paraId="6EF1E6BB" w14:textId="77777777" w:rsidR="006452CB" w:rsidRDefault="00000000">
            <w:r>
              <w:t xml:space="preserve"> </w:t>
            </w:r>
          </w:p>
        </w:tc>
      </w:tr>
      <w:tr w:rsidR="006452CB" w14:paraId="247A318D" w14:textId="77777777">
        <w:tc>
          <w:tcPr>
            <w:tcW w:w="4320" w:type="dxa"/>
          </w:tcPr>
          <w:p w14:paraId="5BAD1F11" w14:textId="77777777" w:rsidR="006452CB" w:rsidRDefault="00000000">
            <w:r>
              <w:t>Phone Number</w:t>
            </w:r>
          </w:p>
        </w:tc>
        <w:tc>
          <w:tcPr>
            <w:tcW w:w="4320" w:type="dxa"/>
          </w:tcPr>
          <w:p w14:paraId="1B8DA831" w14:textId="77777777" w:rsidR="006452CB" w:rsidRDefault="00000000">
            <w:r>
              <w:t xml:space="preserve"> </w:t>
            </w:r>
          </w:p>
        </w:tc>
      </w:tr>
    </w:tbl>
    <w:p w14:paraId="7ECBA837" w14:textId="77777777" w:rsidR="006452CB" w:rsidRDefault="006452CB"/>
    <w:p w14:paraId="66013672" w14:textId="77777777" w:rsidR="006452CB" w:rsidRDefault="00000000">
      <w:pPr>
        <w:pStyle w:val="Heading2"/>
      </w:pPr>
      <w:r>
        <w:lastRenderedPageBreak/>
        <w:t>Declaration</w:t>
      </w:r>
    </w:p>
    <w:p w14:paraId="5792A5FA" w14:textId="77777777" w:rsidR="006452CB" w:rsidRDefault="00000000">
      <w:r>
        <w:t>I hereby declare that the information provided in this form is accurate and complete. I understand that any false information may result in my disqualification or dismissal.</w:t>
      </w:r>
    </w:p>
    <w:p w14:paraId="2FF65D9C" w14:textId="77777777" w:rsidR="006452CB" w:rsidRDefault="00000000">
      <w:r>
        <w:br/>
        <w:t>Signature: ____________________________     Date: ____________________</w:t>
      </w:r>
    </w:p>
    <w:sectPr w:rsidR="006452CB" w:rsidSect="00034616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57FD1E" w14:textId="77777777" w:rsidR="00560ACA" w:rsidRDefault="00560ACA" w:rsidP="00DB52AE">
      <w:pPr>
        <w:spacing w:after="0" w:line="240" w:lineRule="auto"/>
      </w:pPr>
      <w:r>
        <w:separator/>
      </w:r>
    </w:p>
  </w:endnote>
  <w:endnote w:type="continuationSeparator" w:id="0">
    <w:p w14:paraId="67591656" w14:textId="77777777" w:rsidR="00560ACA" w:rsidRDefault="00560ACA" w:rsidP="00DB52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5C4EF4" w14:textId="77777777" w:rsidR="00560ACA" w:rsidRDefault="00560ACA" w:rsidP="00DB52AE">
      <w:pPr>
        <w:spacing w:after="0" w:line="240" w:lineRule="auto"/>
      </w:pPr>
      <w:r>
        <w:separator/>
      </w:r>
    </w:p>
  </w:footnote>
  <w:footnote w:type="continuationSeparator" w:id="0">
    <w:p w14:paraId="6B0FE337" w14:textId="77777777" w:rsidR="00560ACA" w:rsidRDefault="00560ACA" w:rsidP="00DB52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39FE06" w14:textId="551BCDF8" w:rsidR="00DB52AE" w:rsidRDefault="00DB52AE">
    <w:pPr>
      <w:pStyle w:val="Header"/>
    </w:pPr>
    <w:r>
      <w:rPr>
        <w:noProof/>
      </w:rPr>
      <w:drawing>
        <wp:inline distT="0" distB="0" distL="0" distR="0" wp14:anchorId="26B9822E" wp14:editId="15A9B378">
          <wp:extent cx="806450" cy="818721"/>
          <wp:effectExtent l="0" t="0" r="0" b="0"/>
          <wp:docPr id="1331844098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1844098" name="Picture 1331844098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18716" cy="8311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998313408">
    <w:abstractNumId w:val="8"/>
  </w:num>
  <w:num w:numId="2" w16cid:durableId="450393862">
    <w:abstractNumId w:val="6"/>
  </w:num>
  <w:num w:numId="3" w16cid:durableId="263539167">
    <w:abstractNumId w:val="5"/>
  </w:num>
  <w:num w:numId="4" w16cid:durableId="1506434896">
    <w:abstractNumId w:val="4"/>
  </w:num>
  <w:num w:numId="5" w16cid:durableId="1355573418">
    <w:abstractNumId w:val="7"/>
  </w:num>
  <w:num w:numId="6" w16cid:durableId="439682910">
    <w:abstractNumId w:val="3"/>
  </w:num>
  <w:num w:numId="7" w16cid:durableId="960258012">
    <w:abstractNumId w:val="2"/>
  </w:num>
  <w:num w:numId="8" w16cid:durableId="1595015744">
    <w:abstractNumId w:val="1"/>
  </w:num>
  <w:num w:numId="9" w16cid:durableId="2846279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18682C"/>
    <w:rsid w:val="0029639D"/>
    <w:rsid w:val="00326F90"/>
    <w:rsid w:val="0051473B"/>
    <w:rsid w:val="00560ACA"/>
    <w:rsid w:val="006452CB"/>
    <w:rsid w:val="007043B3"/>
    <w:rsid w:val="007F0365"/>
    <w:rsid w:val="008550B3"/>
    <w:rsid w:val="00AA1D8D"/>
    <w:rsid w:val="00B47730"/>
    <w:rsid w:val="00CB0664"/>
    <w:rsid w:val="00DB52AE"/>
    <w:rsid w:val="00E0217A"/>
    <w:rsid w:val="00EF7CC7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6C4B54E"/>
  <w14:defaultImageDpi w14:val="300"/>
  <w15:docId w15:val="{E23D067D-B895-4654-AC78-FCF5261296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163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1093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pc1</cp:lastModifiedBy>
  <cp:revision>4</cp:revision>
  <dcterms:created xsi:type="dcterms:W3CDTF">2025-07-14T10:01:00Z</dcterms:created>
  <dcterms:modified xsi:type="dcterms:W3CDTF">2025-07-14T10:13:00Z</dcterms:modified>
  <cp:category/>
</cp:coreProperties>
</file>